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865"/>
        <w:tblLayout w:type="fixed"/>
        <w:tblLook w:firstColumn="1" w:firstRow="1" w:lastColumn="0" w:lastRow="0" w:noHBand="0" w:noVBand="1" w:val="04A0"/>
        <w:tblLayout w:type="fixed"/>
        <w:tblInd w:w="90" w:type="dxa"/>
        <w:tblCellMar>
          <w:top w:w="40" w:type="dxa"/>
          <w:left w:w="90" w:type="dxa"/>
          <w:bottom w:w="110" w:type="dxa"/>
          <w:right w:w="90" w:type="dxa"/>
        </w:tblCellMar>
      </w:tblPr>
      <w:tblGrid>
        <w:gridCol w:w="1304"/>
        <w:gridCol w:w="3685"/>
        <w:gridCol w:w="4876"/>
      </w:tblGrid>
      <w:tr>
        <w:tc>
          <w:tcPr>
            <w:tcW w:type="dxa" w:w="1304"/>
            <w:shd w:val="clear" w:color="auto" w:fill="F4F4F5"/>
            <w:vAlign w:val="center"/>
            <w:tcBorders>
              <w:bottom w:val="single" w:sz="18" w:space="0" w:color="2F5BEA"/>
            </w:tcBorders>
          </w:tcPr>
          <w:p>
            <w:pPr>
              <w:spacing w:before="0" w:after="20"/>
              <w:jc w:val="center"/>
            </w:pPr>
            <w:r>
              <w:rPr>
                <w:rFonts w:ascii="Arial" w:hAnsi="Arial"/>
                <w:b/>
                <w:color w:val="71717A"/>
                <w:sz w:val="17"/>
              </w:rPr>
              <w:t>LOGO</w:t>
            </w:r>
          </w:p>
        </w:tc>
        <w:tc>
          <w:tcPr>
            <w:tcW w:type="dxa" w:w="3685"/>
            <w:tcBorders>
              <w:bottom w:val="single" w:sz="18" w:space="0" w:color="2F5BEA"/>
            </w:tcBorders>
          </w:tcPr>
          <w:p>
            <w:pPr>
              <w:spacing w:before="0" w:after="40"/>
            </w:pPr>
            <w:r>
              <w:rPr>
                <w:rFonts w:ascii="Arial" w:hAnsi="Arial"/>
                <w:b/>
                <w:color w:val="18181B"/>
                <w:sz w:val="25"/>
              </w:rPr>
              <w:t>[Firma unvanınız]</w:t>
            </w:r>
          </w:p>
          <w:p>
            <w:pPr>
              <w:spacing w:before="0" w:after="20"/>
            </w:pPr>
            <w:r>
              <w:rPr>
                <w:rFonts w:ascii="Arial" w:hAnsi="Arial"/>
                <w:b w:val="0"/>
                <w:color w:val="71717A"/>
                <w:sz w:val="17"/>
              </w:rPr>
              <w:t>[Adres]</w:t>
            </w:r>
          </w:p>
          <w:p>
            <w:pPr>
              <w:spacing w:before="0" w:after="20"/>
            </w:pPr>
            <w:r>
              <w:rPr>
                <w:rFonts w:ascii="Arial" w:hAnsi="Arial"/>
                <w:b w:val="0"/>
                <w:color w:val="71717A"/>
                <w:sz w:val="17"/>
              </w:rPr>
              <w:t>[Telefon · E-posta]</w:t>
            </w:r>
          </w:p>
          <w:p>
            <w:pPr>
              <w:spacing w:before="0" w:after="20"/>
            </w:pPr>
            <w:r>
              <w:rPr>
                <w:rFonts w:ascii="Arial" w:hAnsi="Arial"/>
                <w:b w:val="0"/>
                <w:color w:val="71717A"/>
                <w:sz w:val="17"/>
              </w:rPr>
              <w:t>[Vergi dairesi ve numarası]</w:t>
            </w:r>
          </w:p>
        </w:tc>
        <w:tc>
          <w:tcPr>
            <w:tcW w:type="dxa" w:w="4876"/>
            <w:vAlign w:val="bottom"/>
            <w:tcBorders>
              <w:bottom w:val="single" w:sz="18" w:space="0" w:color="2F5B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2F5BEA"/>
                <w:sz w:val="40"/>
              </w:rPr>
              <w:t>FİYAT TEKLİFİ</w:t>
            </w:r>
          </w:p>
        </w:tc>
      </w:tr>
    </w:tbl>
    <w:p>
      <w:pPr>
        <w:spacing w:before="0" w:after="0" w:line="160" w:lineRule="exact"/>
      </w:pPr>
      <w:r>
        <w:rPr>
          <w:sz w:val="2"/>
        </w:rPr>
      </w:r>
    </w:p>
    <w:tbl>
      <w:tblPr>
        <w:tblW w:type="dxa" w:w="9865"/>
        <w:tblLayout w:type="fixed"/>
        <w:tblLook w:firstColumn="1" w:firstRow="1" w:lastColumn="0" w:lastRow="0" w:noHBand="0" w:noVBand="1" w:val="04A0"/>
        <w:tblLayout w:type="fixed"/>
        <w:tblInd w:w="110" w:type="dxa"/>
        <w:tblCellMar>
          <w:top w:w="90" w:type="dxa"/>
          <w:left w:w="110" w:type="dxa"/>
          <w:bottom w:w="90" w:type="dxa"/>
          <w:right w:w="90" w:type="dxa"/>
        </w:tblCellMar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F3F5FD"/>
          </w:tcPr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5"/>
              </w:rPr>
              <w:t>Teklif no</w:t>
            </w:r>
          </w:p>
          <w:p>
            <w:pPr>
              <w:spacing w:before="0" w:after="0"/>
            </w:pPr>
            <w:r>
              <w:rPr>
                <w:rFonts w:ascii="Arial" w:hAnsi="Arial"/>
                <w:b/>
                <w:color w:val="18181B"/>
                <w:sz w:val="20"/>
              </w:rPr>
              <w:t>2026-001</w:t>
            </w:r>
          </w:p>
        </w:tc>
        <w:tc>
          <w:tcPr>
            <w:tcW w:type="dxa" w:w="2466"/>
            <w:shd w:val="clear" w:color="auto" w:fill="F3F5FD"/>
          </w:tcPr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5"/>
              </w:rPr>
              <w:t>Tarih</w:t>
            </w:r>
          </w:p>
          <w:p>
            <w:pPr>
              <w:spacing w:before="0" w:after="0"/>
            </w:pPr>
            <w:r>
              <w:rPr>
                <w:rFonts w:ascii="Arial" w:hAnsi="Arial"/>
                <w:b/>
                <w:color w:val="18181B"/>
                <w:sz w:val="20"/>
              </w:rPr>
              <w:t>[GG.AA.YYYY]</w:t>
            </w:r>
          </w:p>
        </w:tc>
        <w:tc>
          <w:tcPr>
            <w:tcW w:type="dxa" w:w="2466"/>
            <w:shd w:val="clear" w:color="auto" w:fill="F3F5FD"/>
          </w:tcPr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5"/>
              </w:rPr>
              <w:t>Son geçerlilik tarihi</w:t>
            </w:r>
          </w:p>
          <w:p>
            <w:pPr>
              <w:spacing w:before="0" w:after="0"/>
            </w:pPr>
            <w:r>
              <w:rPr>
                <w:rFonts w:ascii="Arial" w:hAnsi="Arial"/>
                <w:b/>
                <w:color w:val="18181B"/>
                <w:sz w:val="20"/>
              </w:rPr>
              <w:t>[GG.AA.YYYY]</w:t>
            </w:r>
          </w:p>
        </w:tc>
        <w:tc>
          <w:tcPr>
            <w:tcW w:type="dxa" w:w="2466"/>
            <w:shd w:val="clear" w:color="auto" w:fill="F3F5FD"/>
          </w:tcPr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5"/>
              </w:rPr>
              <w:t>Para birimi</w:t>
            </w:r>
          </w:p>
          <w:p>
            <w:pPr>
              <w:spacing w:before="0" w:after="0"/>
            </w:pPr>
            <w:r>
              <w:rPr>
                <w:rFonts w:ascii="Arial" w:hAnsi="Arial"/>
                <w:b/>
                <w:color w:val="18181B"/>
                <w:sz w:val="20"/>
              </w:rPr>
              <w:t>TRY</w:t>
            </w:r>
          </w:p>
        </w:tc>
      </w:tr>
    </w:tbl>
    <w:p>
      <w:pPr>
        <w:spacing w:before="0" w:after="0" w:line="200" w:lineRule="exact"/>
      </w:pPr>
      <w:r>
        <w:rPr>
          <w:sz w:val="2"/>
        </w:rPr>
      </w:r>
    </w:p>
    <w:tbl>
      <w:tblPr>
        <w:tblW w:type="dxa" w:w="9865"/>
        <w:tblLayout w:type="fixed"/>
        <w:tblLook w:firstColumn="1" w:firstRow="1" w:lastColumn="0" w:lastRow="0" w:noHBand="0" w:noVBand="1" w:val="04A0"/>
        <w:tblLayout w:type="fixed"/>
        <w:tblInd w:w="90" w:type="dxa"/>
        <w:tblCellMar>
          <w:top w:w="0" w:type="dxa"/>
          <w:left w:w="90" w:type="dxa"/>
          <w:bottom w:w="0" w:type="dxa"/>
          <w:right w:w="60" w:type="dxa"/>
        </w:tblCellMar>
      </w:tblPr>
      <w:tblGrid>
        <w:gridCol w:w="4762"/>
        <w:gridCol w:w="340"/>
        <w:gridCol w:w="4762"/>
      </w:tblGrid>
      <w:tr>
        <w:tc>
          <w:tcPr>
            <w:tcW w:type="dxa" w:w="4762"/>
          </w:tcPr>
          <w:p>
            <w:pPr>
              <w:spacing w:before="0" w:after="60"/>
            </w:pPr>
            <w:r>
              <w:rPr>
                <w:rFonts w:ascii="Arial" w:hAnsi="Arial"/>
                <w:b/>
                <w:color w:val="2F5BEA"/>
                <w:sz w:val="18"/>
              </w:rPr>
              <w:t>Müşteri</w:t>
            </w:r>
          </w:p>
          <w:p>
            <w:pPr>
              <w:spacing w:before="0" w:after="40"/>
            </w:pPr>
            <w:r>
              <w:rPr>
                <w:rFonts w:ascii="Arial" w:hAnsi="Arial"/>
                <w:b w:val="0"/>
                <w:color w:val="18181B"/>
                <w:sz w:val="19"/>
              </w:rPr>
              <w:t>[Müşteri unvanı]</w:t>
            </w:r>
          </w:p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İlgili kişi: </w:t>
            </w:r>
            <w:r>
              <w:rPr>
                <w:rFonts w:ascii="Arial" w:hAnsi="Arial"/>
                <w:color w:val="18181B"/>
                <w:sz w:val="19"/>
              </w:rPr>
              <w:t>[Ad soyad]</w:t>
            </w:r>
          </w:p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Adres: </w:t>
            </w:r>
            <w:r>
              <w:rPr>
                <w:rFonts w:ascii="Arial" w:hAnsi="Arial"/>
                <w:color w:val="18181B"/>
                <w:sz w:val="19"/>
              </w:rPr>
              <w:t>[Adres]</w:t>
            </w:r>
          </w:p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İletişim: </w:t>
            </w:r>
            <w:r>
              <w:rPr>
                <w:rFonts w:ascii="Arial" w:hAnsi="Arial"/>
                <w:color w:val="18181B"/>
                <w:sz w:val="19"/>
              </w:rPr>
              <w:t>[Telefon · E-posta]</w:t>
            </w:r>
          </w:p>
        </w:tc>
        <w:tc>
          <w:tcPr>
            <w:tcW w:type="dxa" w:w="340"/>
          </w:tcPr>
          <w:p/>
        </w:tc>
        <w:tc>
          <w:tcPr>
            <w:tcW w:type="dxa" w:w="4762"/>
          </w:tcPr>
          <w:p>
            <w:pPr>
              <w:spacing w:before="0" w:after="60"/>
            </w:pPr>
            <w:r>
              <w:rPr>
                <w:rFonts w:ascii="Arial" w:hAnsi="Arial"/>
                <w:b/>
                <w:color w:val="2F5BEA"/>
                <w:sz w:val="18"/>
              </w:rPr>
              <w:t>Teklifin kapsamı</w:t>
            </w:r>
          </w:p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İş: </w:t>
            </w:r>
            <w:r>
              <w:rPr>
                <w:rFonts w:ascii="Arial" w:hAnsi="Arial"/>
                <w:color w:val="18181B"/>
                <w:sz w:val="19"/>
              </w:rPr>
              <w:t>[Teklifin konusu]</w:t>
            </w:r>
          </w:p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Dahil olanlar: </w:t>
            </w:r>
            <w:r>
              <w:rPr>
                <w:rFonts w:ascii="Arial" w:hAnsi="Arial"/>
                <w:color w:val="18181B"/>
                <w:sz w:val="19"/>
              </w:rPr>
              <w:t>[Yapılacak işler]</w:t>
            </w:r>
          </w:p>
          <w:p>
            <w:pPr>
              <w:spacing w:before="0" w:after="4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Dahil olmayanlar: </w:t>
            </w:r>
            <w:r>
              <w:rPr>
                <w:rFonts w:ascii="Arial" w:hAnsi="Arial"/>
                <w:color w:val="18181B"/>
                <w:sz w:val="19"/>
              </w:rPr>
              <w:t>[Teklife girmeyen işler]</w:t>
            </w:r>
          </w:p>
        </w:tc>
      </w:tr>
    </w:tbl>
    <w:p>
      <w:pPr>
        <w:spacing w:before="0" w:after="0" w:line="200" w:lineRule="exact"/>
      </w:pPr>
      <w:r>
        <w:rPr>
          <w:sz w:val="2"/>
        </w:rPr>
      </w:r>
    </w:p>
    <w:tbl>
      <w:tblPr>
        <w:tblW w:type="dxa" w:w="9865"/>
        <w:tblLayout w:type="fixed"/>
        <w:tblLook w:firstColumn="1" w:firstRow="1" w:lastColumn="0" w:lastRow="0" w:noHBand="0" w:noVBand="1" w:val="04A0"/>
        <w:tblLayout w:type="fixed"/>
        <w:tblInd w:w="90" w:type="dxa"/>
        <w:tblCellMar>
          <w:top w:w="70" w:type="dxa"/>
          <w:left w:w="90" w:type="dxa"/>
          <w:bottom w:w="70" w:type="dxa"/>
          <w:right w:w="90" w:type="dxa"/>
        </w:tblCellMar>
      </w:tblPr>
      <w:tblGrid>
        <w:gridCol w:w="510"/>
        <w:gridCol w:w="4365"/>
        <w:gridCol w:w="850"/>
        <w:gridCol w:w="850"/>
        <w:gridCol w:w="1587"/>
        <w:gridCol w:w="1701"/>
      </w:tblGrid>
      <w:tr>
        <w:tc>
          <w:tcPr>
            <w:tcW w:type="dxa" w:w="510"/>
            <w:shd w:val="clear" w:color="auto" w:fill="2F5BEA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FFFFFF"/>
                <w:sz w:val="17"/>
              </w:rPr>
              <w:t>No</w:t>
            </w:r>
          </w:p>
        </w:tc>
        <w:tc>
          <w:tcPr>
            <w:tcW w:type="dxa" w:w="4365"/>
            <w:shd w:val="clear" w:color="auto" w:fill="2F5BEA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FFFFFF"/>
                <w:sz w:val="17"/>
              </w:rPr>
              <w:t>Ürün ya da hizmet</w:t>
            </w:r>
          </w:p>
        </w:tc>
        <w:tc>
          <w:tcPr>
            <w:tcW w:type="dxa" w:w="850"/>
            <w:shd w:val="clear" w:color="auto" w:fill="2F5BE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FFFFFF"/>
                <w:sz w:val="17"/>
              </w:rPr>
              <w:t>Miktar</w:t>
            </w:r>
          </w:p>
        </w:tc>
        <w:tc>
          <w:tcPr>
            <w:tcW w:type="dxa" w:w="850"/>
            <w:shd w:val="clear" w:color="auto" w:fill="2F5BE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FFFFFF"/>
                <w:sz w:val="17"/>
              </w:rPr>
              <w:t>Birim</w:t>
            </w:r>
          </w:p>
        </w:tc>
        <w:tc>
          <w:tcPr>
            <w:tcW w:type="dxa" w:w="1587"/>
            <w:shd w:val="clear" w:color="auto" w:fill="2F5BE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FFFFFF"/>
                <w:sz w:val="17"/>
              </w:rPr>
              <w:t>Birim fiyat</w:t>
            </w:r>
          </w:p>
        </w:tc>
        <w:tc>
          <w:tcPr>
            <w:tcW w:type="dxa" w:w="1701"/>
            <w:shd w:val="clear" w:color="auto" w:fill="2F5BE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FFFFFF"/>
                <w:sz w:val="17"/>
              </w:rPr>
              <w:t>Tutar</w:t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1</w:t>
            </w:r>
          </w:p>
        </w:tc>
        <w:tc>
          <w:tcPr>
            <w:tcW w:type="dxa" w:w="4365"/>
            <w:vAlign w:val="center"/>
            <w:tcBorders>
              <w:bottom w:val="single" w:sz="4" w:space="0" w:color="E4E4E7"/>
            </w:tcBorders>
          </w:tcPr>
          <w:p>
            <w:pPr>
              <w:spacing w:before="0" w:after="20"/>
            </w:pPr>
            <w:r>
              <w:rPr>
                <w:rFonts w:ascii="Arial" w:hAnsi="Arial"/>
                <w:b/>
                <w:color w:val="18181B"/>
                <w:sz w:val="19"/>
              </w:rPr>
              <w:t>Analiz ve planlama</w:t>
            </w:r>
          </w:p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6"/>
              </w:rPr>
              <w:t>İhtiyaç görüşmesi ve iş planı</w:t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1</w:t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adet</w:t>
            </w:r>
          </w:p>
        </w:tc>
        <w:tc>
          <w:tcPr>
            <w:tcW w:type="dxa" w:w="1587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8.000,00</w:t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8.000,00</w:t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2</w:t>
            </w:r>
          </w:p>
        </w:tc>
        <w:tc>
          <w:tcPr>
            <w:tcW w:type="dxa" w:w="4365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20"/>
            </w:pPr>
            <w:r>
              <w:rPr>
                <w:rFonts w:ascii="Arial" w:hAnsi="Arial"/>
                <w:b/>
                <w:color w:val="18181B"/>
                <w:sz w:val="19"/>
              </w:rPr>
              <w:t>Uygulama</w:t>
            </w:r>
          </w:p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6"/>
              </w:rPr>
              <w:t>Kapsamdaki işlerin yapılması</w:t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10</w:t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saat</w:t>
            </w:r>
          </w:p>
        </w:tc>
        <w:tc>
          <w:tcPr>
            <w:tcW w:type="dxa" w:w="1587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1.500,00</w:t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15.000,00</w:t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3</w:t>
            </w:r>
          </w:p>
        </w:tc>
        <w:tc>
          <w:tcPr>
            <w:tcW w:type="dxa" w:w="4365"/>
            <w:vAlign w:val="center"/>
            <w:tcBorders>
              <w:bottom w:val="single" w:sz="4" w:space="0" w:color="E4E4E7"/>
            </w:tcBorders>
          </w:tcPr>
          <w:p>
            <w:pPr>
              <w:spacing w:before="0" w:after="20"/>
            </w:pPr>
            <w:r>
              <w:rPr>
                <w:rFonts w:ascii="Arial" w:hAnsi="Arial"/>
                <w:b/>
                <w:color w:val="18181B"/>
                <w:sz w:val="19"/>
              </w:rPr>
              <w:t>Eğitim</w:t>
            </w:r>
          </w:p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6"/>
              </w:rPr>
              <w:t>Ekibe kullanım eğitimi</w:t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2</w:t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saat</w:t>
            </w:r>
          </w:p>
        </w:tc>
        <w:tc>
          <w:tcPr>
            <w:tcW w:type="dxa" w:w="1587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1.500,00</w:t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  <w:t>3.000,00</w:t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4</w:t>
            </w:r>
          </w:p>
        </w:tc>
        <w:tc>
          <w:tcPr>
            <w:tcW w:type="dxa" w:w="4365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587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5</w:t>
            </w:r>
          </w:p>
        </w:tc>
        <w:tc>
          <w:tcPr>
            <w:tcW w:type="dxa" w:w="4365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587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6</w:t>
            </w:r>
          </w:p>
        </w:tc>
        <w:tc>
          <w:tcPr>
            <w:tcW w:type="dxa" w:w="4365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587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7</w:t>
            </w:r>
          </w:p>
        </w:tc>
        <w:tc>
          <w:tcPr>
            <w:tcW w:type="dxa" w:w="4365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587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8</w:t>
            </w:r>
          </w:p>
        </w:tc>
        <w:tc>
          <w:tcPr>
            <w:tcW w:type="dxa" w:w="4365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587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9</w:t>
            </w:r>
          </w:p>
        </w:tc>
        <w:tc>
          <w:tcPr>
            <w:tcW w:type="dxa" w:w="4365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587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</w:tr>
      <w:tr>
        <w:trPr>
          <w:trHeight w:val="408" w:hRule="atLeast"/>
        </w:trPr>
        <w:tc>
          <w:tcPr>
            <w:tcW w:type="dxa" w:w="51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9"/>
              </w:rPr>
              <w:t>10</w:t>
            </w:r>
          </w:p>
        </w:tc>
        <w:tc>
          <w:tcPr>
            <w:tcW w:type="dxa" w:w="4365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850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587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  <w:tc>
          <w:tcPr>
            <w:tcW w:type="dxa" w:w="1701"/>
            <w:vAlign w:val="center"/>
            <w:tcBorders>
              <w:bottom w:val="single" w:sz="4" w:space="0" w:color="E4E4E7"/>
            </w:tcBorders>
            <w:shd w:val="clear" w:color="auto" w:fill="FAFAFB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181B"/>
                <w:sz w:val="19"/>
              </w:rPr>
            </w:r>
          </w:p>
        </w:tc>
      </w:tr>
    </w:tbl>
    <w:p>
      <w:pPr>
        <w:spacing w:before="0" w:after="0" w:line="200" w:lineRule="exact"/>
      </w:pPr>
      <w:r>
        <w:rPr>
          <w:sz w:val="2"/>
        </w:rPr>
      </w:r>
    </w:p>
    <w:tbl>
      <w:tblPr>
        <w:tblW w:type="dxa" w:w="9865"/>
        <w:tblLayout w:type="fixed"/>
        <w:tblLook w:firstColumn="1" w:firstRow="1" w:lastColumn="0" w:lastRow="0" w:noHBand="0" w:noVBand="1" w:val="04A0"/>
        <w:tblLayout w:type="fixed"/>
        <w:tblInd w:w="90" w:type="dxa"/>
        <w:tblCellMar>
          <w:top w:w="0" w:type="dxa"/>
          <w:left w:w="90" w:type="dxa"/>
          <w:bottom w:w="0" w:type="dxa"/>
          <w:right w:w="0" w:type="dxa"/>
        </w:tblCellMar>
      </w:tblPr>
      <w:tblGrid>
        <w:gridCol w:w="5443"/>
        <w:gridCol w:w="340"/>
        <w:gridCol w:w="4082"/>
      </w:tblGrid>
      <w:tr>
        <w:tc>
          <w:tcPr>
            <w:tcW w:type="dxa" w:w="5443"/>
          </w:tcPr>
          <w:p>
            <w:pPr>
              <w:spacing w:before="0" w:after="80"/>
            </w:pPr>
            <w:r>
              <w:rPr>
                <w:rFonts w:ascii="Arial" w:hAnsi="Arial"/>
                <w:b/>
                <w:color w:val="2F5BEA"/>
                <w:sz w:val="18"/>
              </w:rPr>
              <w:t>Ödeme ve teslim koşulları</w:t>
            </w:r>
          </w:p>
          <w:p>
            <w:pPr>
              <w:spacing w:before="0" w:after="6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Teslim süresi: </w:t>
            </w:r>
            <w:r>
              <w:rPr>
                <w:rFonts w:ascii="Arial" w:hAnsi="Arial"/>
                <w:color w:val="18181B"/>
                <w:sz w:val="19"/>
              </w:rPr>
              <w:t>[Onaydan sonra X iş günü]</w:t>
            </w:r>
          </w:p>
          <w:p>
            <w:pPr>
              <w:spacing w:before="0" w:after="6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Ödeme: </w:t>
            </w:r>
            <w:r>
              <w:rPr>
                <w:rFonts w:ascii="Arial" w:hAnsi="Arial"/>
                <w:color w:val="18181B"/>
                <w:sz w:val="19"/>
              </w:rPr>
              <w:t>[Örneğin %50 peşin, kalanı teslimde]</w:t>
            </w:r>
          </w:p>
          <w:p>
            <w:pPr>
              <w:spacing w:before="0" w:after="6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Ödeme yöntemi: </w:t>
            </w:r>
            <w:r>
              <w:rPr>
                <w:rFonts w:ascii="Arial" w:hAnsi="Arial"/>
                <w:color w:val="18181B"/>
                <w:sz w:val="19"/>
              </w:rPr>
              <w:t>[Havale ya da EFT, IBAN]</w:t>
            </w:r>
          </w:p>
          <w:p>
            <w:pPr>
              <w:spacing w:before="0" w:after="60"/>
            </w:pPr>
            <w:r>
              <w:rPr>
                <w:rFonts w:ascii="Arial" w:hAnsi="Arial"/>
                <w:b w:val="0"/>
                <w:color w:val="71717A"/>
                <w:sz w:val="18"/>
              </w:rPr>
              <w:t xml:space="preserve">Not: </w:t>
            </w:r>
            <w:r>
              <w:rPr>
                <w:rFonts w:ascii="Arial" w:hAnsi="Arial"/>
                <w:color w:val="18181B"/>
                <w:sz w:val="19"/>
              </w:rPr>
              <w:t>[Varsa diğer koşullar]</w:t>
            </w:r>
          </w:p>
        </w:tc>
        <w:tc>
          <w:tcPr>
            <w:tcW w:type="dxa" w:w="340"/>
          </w:tcPr>
          <w:p/>
        </w:tc>
        <w:tc>
          <w:tcPr>
            <w:tcW w:type="dxa" w:w="4082"/>
          </w:tcPr>
          <w:p>
            <w:pPr>
              <w:spacing w:after="0" w:line="20" w:lineRule="exact"/>
            </w:pPr>
          </w:p>
          <w:tbl>
            <w:tblPr>
              <w:tblW w:type="dxa" w:w="3991"/>
              <w:tblLayout w:type="fixed"/>
              <w:tblLook w:firstColumn="1" w:firstRow="1" w:lastColumn="0" w:lastRow="0" w:noHBand="0" w:noVBand="1" w:val="04A0"/>
              <w:tblLayout w:type="fixed"/>
              <w:tblInd w:w="90" w:type="dxa"/>
              <w:tblCellMar>
                <w:top w:w="70" w:type="dxa"/>
                <w:left w:w="90" w:type="dxa"/>
                <w:bottom w:w="70" w:type="dxa"/>
                <w:right w:w="90" w:type="dxa"/>
              </w:tblCellMar>
            </w:tblPr>
            <w:tblGrid>
              <w:gridCol w:w="2177"/>
              <w:gridCol w:w="1814"/>
            </w:tblGrid>
            <w:tr>
              <w:tc>
                <w:tcPr>
                  <w:tcW w:type="dxa" w:w="2177"/>
                  <w:tcBorders>
                    <w:bottom w:val="single" w:sz="4" w:space="0" w:color="E4E4E7"/>
                  </w:tcBorders>
                </w:tcPr>
                <w:p>
                  <w:pPr>
                    <w:spacing w:before="0" w:after="0"/>
                  </w:pPr>
                  <w:r>
                    <w:rPr>
                      <w:rFonts w:ascii="Arial" w:hAnsi="Arial"/>
                      <w:b w:val="0"/>
                      <w:color w:val="71717A"/>
                      <w:sz w:val="19"/>
                    </w:rPr>
                    <w:t>Ara toplam</w:t>
                  </w:r>
                </w:p>
              </w:tc>
              <w:tc>
                <w:tcPr>
                  <w:tcW w:type="dxa" w:w="1814"/>
                  <w:tcBorders>
                    <w:bottom w:val="single" w:sz="4" w:space="0" w:color="E4E4E7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/>
                      <w:b w:val="0"/>
                      <w:color w:val="18181B"/>
                      <w:sz w:val="19"/>
                    </w:rPr>
                    <w:t>26.000,00</w:t>
                  </w:r>
                </w:p>
              </w:tc>
            </w:tr>
            <w:tr>
              <w:tc>
                <w:tcPr>
                  <w:tcW w:type="dxa" w:w="2177"/>
                  <w:tcBorders>
                    <w:bottom w:val="single" w:sz="4" w:space="0" w:color="E4E4E7"/>
                  </w:tcBorders>
                </w:tcPr>
                <w:p>
                  <w:pPr>
                    <w:spacing w:before="0" w:after="0"/>
                  </w:pPr>
                  <w:r>
                    <w:rPr>
                      <w:rFonts w:ascii="Arial" w:hAnsi="Arial"/>
                      <w:b w:val="0"/>
                      <w:color w:val="71717A"/>
                      <w:sz w:val="19"/>
                    </w:rPr>
                    <w:t>KDV (%20)</w:t>
                  </w:r>
                </w:p>
              </w:tc>
              <w:tc>
                <w:tcPr>
                  <w:tcW w:type="dxa" w:w="1814"/>
                  <w:tcBorders>
                    <w:bottom w:val="single" w:sz="4" w:space="0" w:color="E4E4E7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/>
                      <w:b w:val="0"/>
                      <w:color w:val="18181B"/>
                      <w:sz w:val="19"/>
                    </w:rPr>
                    <w:t>5.200,00</w:t>
                  </w:r>
                </w:p>
              </w:tc>
            </w:tr>
            <w:tr>
              <w:tc>
                <w:tcPr>
                  <w:tcW w:type="dxa" w:w="2177"/>
                  <w:shd w:val="clear" w:color="auto" w:fill="2F5BEA"/>
                </w:tcPr>
                <w:p>
                  <w:pPr>
                    <w:spacing w:before="0" w:after="0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Genel toplam</w:t>
                  </w:r>
                </w:p>
              </w:tc>
              <w:tc>
                <w:tcPr>
                  <w:tcW w:type="dxa" w:w="1814"/>
                  <w:shd w:val="clear" w:color="auto" w:fill="2F5BE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/>
                      <w:b/>
                      <w:color w:val="FFFFFF"/>
                      <w:sz w:val="23"/>
                    </w:rPr>
                    <w:t>31.200,00 ₺</w:t>
                  </w:r>
                </w:p>
              </w:tc>
            </w:tr>
          </w:tbl>
          <w:p/>
        </w:tc>
      </w:tr>
    </w:tbl>
    <w:p>
      <w:pPr>
        <w:spacing w:before="0" w:after="0" w:line="280" w:lineRule="exact"/>
      </w:pPr>
      <w:r>
        <w:rPr>
          <w:sz w:val="2"/>
        </w:rPr>
      </w:r>
    </w:p>
    <w:tbl>
      <w:tblPr>
        <w:tblW w:type="dxa" w:w="9865"/>
        <w:tblLayout w:type="fixed"/>
        <w:tblLook w:firstColumn="1" w:firstRow="1" w:lastColumn="0" w:lastRow="0" w:noHBand="0" w:noVBand="1" w:val="04A0"/>
        <w:tblLayout w:type="fixed"/>
        <w:tblInd w:w="90" w:type="dxa"/>
        <w:tblCellMar>
          <w:top w:w="0" w:type="dxa"/>
          <w:left w:w="90" w:type="dxa"/>
          <w:bottom w:w="40" w:type="dxa"/>
          <w:right w:w="60" w:type="dxa"/>
        </w:tblCellMar>
      </w:tblPr>
      <w:tblGrid>
        <w:gridCol w:w="4762"/>
        <w:gridCol w:w="340"/>
        <w:gridCol w:w="4762"/>
      </w:tblGrid>
      <w:tr>
        <w:trPr>
          <w:trHeight w:val="964" w:hRule="atLeast"/>
        </w:trPr>
        <w:tc>
          <w:tcPr>
            <w:tcW w:type="dxa" w:w="4762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F5BEA"/>
                <w:sz w:val="18"/>
              </w:rPr>
              <w:t>Teklifi veren</w:t>
            </w:r>
          </w:p>
        </w:tc>
        <w:tc>
          <w:tcPr>
            <w:tcW w:type="dxa" w:w="340"/>
          </w:tcPr>
          <w:p/>
        </w:tc>
        <w:tc>
          <w:tcPr>
            <w:tcW w:type="dxa" w:w="4762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F5BEA"/>
                <w:sz w:val="18"/>
              </w:rPr>
              <w:t>Müşteri onayı</w:t>
            </w:r>
          </w:p>
        </w:tc>
      </w:tr>
      <w:tr>
        <w:tc>
          <w:tcPr>
            <w:tcW w:type="dxa" w:w="4762"/>
            <w:tcBorders>
              <w:top w:val="single" w:sz="6" w:space="0" w:color="71717A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6"/>
              </w:rPr>
              <w:t>Ad soyad, tarih, kaşe ve imza</w:t>
            </w:r>
          </w:p>
        </w:tc>
        <w:tc>
          <w:tcPr>
            <w:tcW w:type="dxa" w:w="340"/>
          </w:tcPr>
          <w:p/>
        </w:tc>
        <w:tc>
          <w:tcPr>
            <w:tcW w:type="dxa" w:w="4762"/>
            <w:tcBorders>
              <w:top w:val="single" w:sz="6" w:space="0" w:color="71717A"/>
            </w:tcBorders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71717A"/>
                <w:sz w:val="16"/>
              </w:rPr>
              <w:t>Ad soyad, tarih, kaşe ve imza</w:t>
            </w:r>
          </w:p>
        </w:tc>
      </w:tr>
    </w:tbl>
    <w:p>
      <w:pPr>
        <w:spacing w:before="280" w:after="0"/>
      </w:pPr>
      <w:r>
        <w:rPr>
          <w:rFonts w:ascii="Arial" w:hAnsi="Arial"/>
          <w:color w:val="71717A"/>
          <w:sz w:val="15"/>
        </w:rPr>
        <w:t>Şablon: WApps Work · wapps.work · Serbestçe kullanabilir ve değiştirebilirsiniz.</w:t>
      </w:r>
    </w:p>
    <w:sectPr w:rsidR="00FC693F" w:rsidRPr="0006063C" w:rsidSect="00034616">
      <w:pgSz w:w="11906" w:h="16838"/>
      <w:pgMar w:top="907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Teklif formu</dc:title>
  <dc:subject/>
  <dc:creator>WApps 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